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28161" cy="731520"/>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528161" cy="731520"/>
                    </a:xfrm>
                    <a:prstGeom prst="rect"/>
                  </pic:spPr>
                </pic:pic>
              </a:graphicData>
            </a:graphic>
          </wp:inline>
        </w:drawing>
      </w:r>
    </w:p>
    <w:p>
      <w:pPr>
        <w:pStyle w:val="Title"/>
      </w:pPr>
      <w:r>
        <w:t>Volunteer Application</w:t>
      </w:r>
    </w:p>
    <w:p>
      <w:r>
        <w:t>Help provide everyday necessities and special occasion Wishes to Delaware foster youth. Tell us about your interests, skills, and availability so we can find a volunteer role that fits.</w:t>
      </w:r>
    </w:p>
    <w:p>
      <w:r>
        <w:t>Complete the fields and select checkboxes in Word, then save and return this application to donna@fosteringwishesfoundation.org. You may also print it and write your responses. Do not include identifying information about foster youth.</w:t>
      </w:r>
    </w:p>
    <w:p>
      <w:pPr>
        <w:pStyle w:val="Heading1"/>
      </w:pPr>
      <w:r>
        <w:t>Applicant Information</w:t>
      </w:r>
    </w:p>
    <w:p>
      <w:r>
        <w:t>Full name and preferred name</w:t>
      </w:r>
    </w:p>
    <w:p>
      <w:pPr>
        <w:spacing w:after="180"/>
      </w:pPr>
      <w:sdt>
        <w:sdtPr>
          <w:alias w:val="Full name and preferred name"/>
          <w:text w:multiLine="0"/>
        </w:sdtPr>
        <w:sdtContent>
          <w:r>
            <w:t>Click or tap here to enter text.</w:t>
          </w:r>
        </w:sdtContent>
      </w:sdt>
    </w:p>
    <w:p>
      <w:r>
        <w:t>Email address</w:t>
      </w:r>
    </w:p>
    <w:p>
      <w:pPr>
        <w:spacing w:after="180"/>
      </w:pPr>
      <w:sdt>
        <w:sdtPr>
          <w:alias w:val="Email address"/>
          <w:text w:multiLine="0"/>
        </w:sdtPr>
        <w:sdtContent>
          <w:r>
            <w:t>Click or tap here to enter text.</w:t>
          </w:r>
        </w:sdtContent>
      </w:sdt>
    </w:p>
    <w:p>
      <w:r>
        <w:t>Phone number</w:t>
      </w:r>
    </w:p>
    <w:p>
      <w:pPr>
        <w:spacing w:after="180"/>
      </w:pPr>
      <w:sdt>
        <w:sdtPr>
          <w:alias w:val="Phone number"/>
          <w:text w:multiLine="0"/>
        </w:sdtPr>
        <w:sdtContent>
          <w:r>
            <w:t>Click or tap here to enter text.</w:t>
          </w:r>
        </w:sdtContent>
      </w:sdt>
    </w:p>
    <w:p>
      <w:r>
        <w:t>City, state, and county</w:t>
      </w:r>
    </w:p>
    <w:p>
      <w:pPr>
        <w:spacing w:after="180"/>
      </w:pPr>
      <w:sdt>
        <w:sdtPr>
          <w:alias w:val="City, state, and county"/>
          <w:text w:multiLine="0"/>
        </w:sdtPr>
        <w:sdtContent>
          <w:r>
            <w:t>Click or tap here to enter text.</w:t>
          </w:r>
        </w:sdtContent>
      </w:sdt>
    </w:p>
    <w:p>
      <w:pPr>
        <w:spacing w:after="100"/>
      </w:pPr>
      <w:sdt>
        <w:sdtPr>
          <w14:checkbox>
            <w14:checked w14:val="0"/>
            <w14:checkedState w14:val="2612" w14:font="MS Gothic"/>
            <w14:uncheckedState w14:val="2610" w14:font="MS Gothic"/>
          </w14:checkbox>
        </w:sdtPr>
        <w:sdtContent>
          <w:r>
            <w:t>☐</w:t>
          </w:r>
        </w:sdtContent>
      </w:sdt>
      <w:r>
        <w:t xml:space="preserve"> Age 18 or older     </w:t>
      </w:r>
      <w:sdt>
        <w:sdtPr>
          <w14:checkbox>
            <w14:checked w14:val="0"/>
            <w14:checkedState w14:val="2612" w14:font="MS Gothic"/>
            <w14:uncheckedState w14:val="2610" w14:font="MS Gothic"/>
          </w14:checkbox>
        </w:sdtPr>
        <w:sdtContent>
          <w:r>
            <w:t>☐</w:t>
          </w:r>
        </w:sdtContent>
      </w:sdt>
      <w:r>
        <w:t xml:space="preserve"> Under age 18     </w:t>
      </w:r>
    </w:p>
    <w:p>
      <w:r>
        <w:t>If under 18, complete the parent or guardian section on page 3. Volunteer roles and supervision will be discussed before placement.</w:t>
      </w:r>
    </w:p>
    <w:p>
      <w:r>
        <w:t>How did you hear about Fostering Wishes Foundation?</w:t>
      </w:r>
    </w:p>
    <w:p>
      <w:pPr>
        <w:spacing w:after="180"/>
      </w:pPr>
      <w:sdt>
        <w:sdtPr>
          <w:alias w:val="How did you hear about Fostering Wishes Foundation?"/>
          <w:text w:multiLine="0"/>
        </w:sdtPr>
        <w:sdtContent>
          <w:r>
            <w:t>Click or tap here to enter text.</w:t>
          </w:r>
        </w:sdtContent>
      </w:sdt>
    </w:p>
    <w:p>
      <w:pPr>
        <w:pStyle w:val="Heading1"/>
      </w:pPr>
      <w:r>
        <w:t>Emergency Contact</w:t>
      </w:r>
    </w:p>
    <w:p>
      <w:r>
        <w:t>Contact name and relationship</w:t>
      </w:r>
    </w:p>
    <w:p>
      <w:pPr>
        <w:spacing w:after="180"/>
      </w:pPr>
      <w:sdt>
        <w:sdtPr>
          <w:alias w:val="Contact name and relationship"/>
          <w:text w:multiLine="0"/>
        </w:sdtPr>
        <w:sdtContent>
          <w:r>
            <w:t>Click or tap here to enter text.</w:t>
          </w:r>
        </w:sdtContent>
      </w:sdt>
    </w:p>
    <w:p>
      <w:r>
        <w:t>Contact phone number</w:t>
      </w:r>
    </w:p>
    <w:p>
      <w:pPr>
        <w:spacing w:after="180"/>
      </w:pPr>
      <w:sdt>
        <w:sdtPr>
          <w:alias w:val="Contact phone number"/>
          <w:text w:multiLine="0"/>
        </w:sdtPr>
        <w:sdtContent>
          <w:r>
            <w:t>Click or tap here to enter text.</w:t>
          </w:r>
        </w:sdtContent>
      </w:sdt>
    </w:p>
    <w:p>
      <w:r>
        <w:br w:type="page"/>
      </w:r>
    </w:p>
    <w:p>
      <w:pPr>
        <w:pStyle w:val="Heading1"/>
      </w:pPr>
      <w:r>
        <w:t>Volunteer Interests and Availability</w:t>
      </w:r>
    </w:p>
    <w:p>
      <w:r>
        <w:t>Select the activities that interest you. Training and role details will be discussed before you begin.</w:t>
      </w:r>
    </w:p>
    <w:p>
      <w:pPr>
        <w:spacing w:after="100"/>
      </w:pPr>
      <w:sdt>
        <w:sdtPr>
          <w14:checkbox>
            <w14:checked w14:val="0"/>
            <w14:checkedState w14:val="2612" w14:font="MS Gothic"/>
            <w14:uncheckedState w14:val="2610" w14:font="MS Gothic"/>
          </w14:checkbox>
        </w:sdtPr>
        <w:sdtContent>
          <w:r>
            <w:t>☐</w:t>
          </w:r>
        </w:sdtContent>
      </w:sdt>
      <w:r>
        <w:t xml:space="preserve"> Stocking and organizing shelves     </w:t>
      </w:r>
      <w:sdt>
        <w:sdtPr>
          <w14:checkbox>
            <w14:checked w14:val="0"/>
            <w14:checkedState w14:val="2612" w14:font="MS Gothic"/>
            <w14:uncheckedState w14:val="2610" w14:font="MS Gothic"/>
          </w14:checkbox>
        </w:sdtPr>
        <w:sdtContent>
          <w:r>
            <w:t>☐</w:t>
          </w:r>
        </w:sdtContent>
      </w:sdt>
      <w:r>
        <w:t xml:space="preserve"> Sorting and labeling inventory     </w:t>
      </w:r>
    </w:p>
    <w:p>
      <w:pPr>
        <w:spacing w:after="100"/>
      </w:pPr>
      <w:sdt>
        <w:sdtPr>
          <w14:checkbox>
            <w14:checked w14:val="0"/>
            <w14:checkedState w14:val="2612" w14:font="MS Gothic"/>
            <w14:uncheckedState w14:val="2610" w14:font="MS Gothic"/>
          </w14:checkbox>
        </w:sdtPr>
        <w:sdtContent>
          <w:r>
            <w:t>☐</w:t>
          </w:r>
        </w:sdtContent>
      </w:sdt>
      <w:r>
        <w:t xml:space="preserve"> Packing Wish requests     </w:t>
      </w:r>
      <w:sdt>
        <w:sdtPr>
          <w14:checkbox>
            <w14:checked w14:val="0"/>
            <w14:checkedState w14:val="2612" w14:font="MS Gothic"/>
            <w14:uncheckedState w14:val="2610" w14:font="MS Gothic"/>
          </w14:checkbox>
        </w:sdtPr>
        <w:sdtContent>
          <w:r>
            <w:t>☐</w:t>
          </w:r>
        </w:sdtContent>
      </w:sdt>
      <w:r>
        <w:t xml:space="preserve"> Donation intake and processing     </w:t>
      </w:r>
    </w:p>
    <w:p>
      <w:pPr>
        <w:spacing w:after="100"/>
      </w:pPr>
      <w:sdt>
        <w:sdtPr>
          <w14:checkbox>
            <w14:checked w14:val="0"/>
            <w14:checkedState w14:val="2612" w14:font="MS Gothic"/>
            <w14:uncheckedState w14:val="2610" w14:font="MS Gothic"/>
          </w14:checkbox>
        </w:sdtPr>
        <w:sdtContent>
          <w:r>
            <w:t>☐</w:t>
          </w:r>
        </w:sdtContent>
      </w:sdt>
      <w:r>
        <w:t xml:space="preserve"> Fundraising events     </w:t>
      </w:r>
      <w:sdt>
        <w:sdtPr>
          <w14:checkbox>
            <w14:checked w14:val="0"/>
            <w14:checkedState w14:val="2612" w14:font="MS Gothic"/>
            <w14:uncheckedState w14:val="2610" w14:font="MS Gothic"/>
          </w14:checkbox>
        </w:sdtPr>
        <w:sdtContent>
          <w:r>
            <w:t>☐</w:t>
          </w:r>
        </w:sdtContent>
      </w:sdt>
      <w:r>
        <w:t xml:space="preserve"> Community outreach     </w:t>
      </w:r>
    </w:p>
    <w:p>
      <w:pPr>
        <w:spacing w:after="100"/>
      </w:pPr>
      <w:sdt>
        <w:sdtPr>
          <w14:checkbox>
            <w14:checked w14:val="0"/>
            <w14:checkedState w14:val="2612" w14:font="MS Gothic"/>
            <w14:uncheckedState w14:val="2610" w14:font="MS Gothic"/>
          </w14:checkbox>
        </w:sdtPr>
        <w:sdtContent>
          <w:r>
            <w:t>☐</w:t>
          </w:r>
        </w:sdtContent>
      </w:sdt>
      <w:r>
        <w:t xml:space="preserve"> Administrative support     </w:t>
      </w:r>
      <w:sdt>
        <w:sdtPr>
          <w14:checkbox>
            <w14:checked w14:val="0"/>
            <w14:checkedState w14:val="2612" w14:font="MS Gothic"/>
            <w14:uncheckedState w14:val="2610" w14:font="MS Gothic"/>
          </w14:checkbox>
        </w:sdtPr>
        <w:sdtContent>
          <w:r>
            <w:t>☐</w:t>
          </w:r>
        </w:sdtContent>
      </w:sdt>
      <w:r>
        <w:t xml:space="preserve"> Marketing and social media     </w:t>
      </w:r>
    </w:p>
    <w:p>
      <w:pPr>
        <w:spacing w:after="100"/>
      </w:pPr>
      <w:sdt>
        <w:sdtPr>
          <w14:checkbox>
            <w14:checked w14:val="0"/>
            <w14:checkedState w14:val="2612" w14:font="MS Gothic"/>
            <w14:uncheckedState w14:val="2610" w14:font="MS Gothic"/>
          </w14:checkbox>
        </w:sdtPr>
        <w:sdtContent>
          <w:r>
            <w:t>☐</w:t>
          </w:r>
        </w:sdtContent>
      </w:sdt>
      <w:r>
        <w:t xml:space="preserve"> Grant writing and donor support     </w:t>
      </w:r>
      <w:sdt>
        <w:sdtPr>
          <w14:checkbox>
            <w14:checked w14:val="0"/>
            <w14:checkedState w14:val="2612" w14:font="MS Gothic"/>
            <w14:uncheckedState w14:val="2610" w14:font="MS Gothic"/>
          </w14:checkbox>
        </w:sdtPr>
        <w:sdtContent>
          <w:r>
            <w:t>☐</w:t>
          </w:r>
        </w:sdtContent>
      </w:sdt>
      <w:r>
        <w:t xml:space="preserve"> Technology and data entry     </w:t>
      </w:r>
    </w:p>
    <w:p>
      <w:pPr>
        <w:spacing w:after="100"/>
      </w:pPr>
      <w:sdt>
        <w:sdtPr>
          <w14:checkbox>
            <w14:checked w14:val="0"/>
            <w14:checkedState w14:val="2612" w14:font="MS Gothic"/>
            <w14:uncheckedState w14:val="2610" w14:font="MS Gothic"/>
          </w14:checkbox>
        </w:sdtPr>
        <w:sdtContent>
          <w:r>
            <w:t>☐</w:t>
          </w:r>
        </w:sdtContent>
      </w:sdt>
      <w:r>
        <w:t xml:space="preserve"> Training and resource center     </w:t>
      </w:r>
      <w:sdt>
        <w:sdtPr>
          <w14:checkbox>
            <w14:checked w14:val="0"/>
            <w14:checkedState w14:val="2612" w14:font="MS Gothic"/>
            <w14:uncheckedState w14:val="2610" w14:font="MS Gothic"/>
          </w14:checkbox>
        </w:sdtPr>
        <w:sdtContent>
          <w:r>
            <w:t>☐</w:t>
          </w:r>
        </w:sdtContent>
      </w:sdt>
      <w:r>
        <w:t xml:space="preserve"> Food pantry support     </w:t>
      </w:r>
    </w:p>
    <w:p>
      <w:r>
        <w:t>Additional interests, skills, or certifications</w:t>
      </w:r>
    </w:p>
    <w:p>
      <w:pPr>
        <w:spacing w:after="180"/>
      </w:pPr>
      <w:sdt>
        <w:sdtPr>
          <w:alias w:val="Additional interests, skills, or certifications"/>
          <w:text w:multiLine="0"/>
        </w:sdtPr>
        <w:sdtContent>
          <w:r>
            <w:t>Click or tap here to enter text.</w:t>
          </w:r>
        </w:sdtContent>
      </w:sdt>
    </w:p>
    <w:p>
      <w:r>
        <w:t>Why would you like to volunteer with Fostering Wishes Foundation?</w:t>
      </w:r>
    </w:p>
    <w:p>
      <w:pPr>
        <w:spacing w:after="400"/>
      </w:pPr>
      <w:sdt>
        <w:sdtPr>
          <w:alias w:val="Why would you like to volunteer with Fostering Wishes Foundation?"/>
          <w:text w:multiLine="1"/>
        </w:sdtPr>
        <w:sdtContent>
          <w:r>
            <w:t>Click or tap here to enter text.</w:t>
          </w:r>
        </w:sdtContent>
      </w:sdt>
    </w:p>
    <w:p>
      <w:r>
        <w:t>Describe relevant work, volunteer, or community experience.</w:t>
      </w:r>
    </w:p>
    <w:p>
      <w:pPr>
        <w:spacing w:after="400"/>
      </w:pPr>
      <w:sdt>
        <w:sdtPr>
          <w:alias w:val="Describe relevant work, volunteer, or community experience."/>
          <w:text w:multiLine="1"/>
        </w:sdtPr>
        <w:sdtContent>
          <w:r>
            <w:t>Click or tap here to enter text.</w:t>
          </w:r>
        </w:sdtContent>
      </w:sdt>
    </w:p>
    <w:p>
      <w:pPr>
        <w:pStyle w:val="Heading1"/>
      </w:pPr>
      <w:r>
        <w:t>Your Schedule</w:t>
      </w:r>
    </w:p>
    <w:p>
      <w:pPr>
        <w:spacing w:after="100"/>
      </w:pPr>
      <w:sdt>
        <w:sdtPr>
          <w14:checkbox>
            <w14:checked w14:val="0"/>
            <w14:checkedState w14:val="2612" w14:font="MS Gothic"/>
            <w14:uncheckedState w14:val="2610" w14:font="MS Gothic"/>
          </w14:checkbox>
        </w:sdtPr>
        <w:sdtContent>
          <w:r>
            <w:t>☐</w:t>
          </w:r>
        </w:sdtContent>
      </w:sdt>
      <w:r>
        <w:t xml:space="preserve"> Weekday mornings     </w:t>
      </w:r>
      <w:sdt>
        <w:sdtPr>
          <w14:checkbox>
            <w14:checked w14:val="0"/>
            <w14:checkedState w14:val="2612" w14:font="MS Gothic"/>
            <w14:uncheckedState w14:val="2610" w14:font="MS Gothic"/>
          </w14:checkbox>
        </w:sdtPr>
        <w:sdtContent>
          <w:r>
            <w:t>☐</w:t>
          </w:r>
        </w:sdtContent>
      </w:sdt>
      <w:r>
        <w:t xml:space="preserve"> Weekday afternoons     </w:t>
      </w:r>
    </w:p>
    <w:p>
      <w:pPr>
        <w:spacing w:after="100"/>
      </w:pPr>
      <w:sdt>
        <w:sdtPr>
          <w14:checkbox>
            <w14:checked w14:val="0"/>
            <w14:checkedState w14:val="2612" w14:font="MS Gothic"/>
            <w14:uncheckedState w14:val="2610" w14:font="MS Gothic"/>
          </w14:checkbox>
        </w:sdtPr>
        <w:sdtContent>
          <w:r>
            <w:t>☐</w:t>
          </w:r>
        </w:sdtContent>
      </w:sdt>
      <w:r>
        <w:t xml:space="preserve"> Weekday evenings     </w:t>
      </w:r>
      <w:sdt>
        <w:sdtPr>
          <w14:checkbox>
            <w14:checked w14:val="0"/>
            <w14:checkedState w14:val="2612" w14:font="MS Gothic"/>
            <w14:uncheckedState w14:val="2610" w14:font="MS Gothic"/>
          </w14:checkbox>
        </w:sdtPr>
        <w:sdtContent>
          <w:r>
            <w:t>☐</w:t>
          </w:r>
        </w:sdtContent>
      </w:sdt>
      <w:r>
        <w:t xml:space="preserve"> Weekends     </w:t>
      </w:r>
    </w:p>
    <w:p>
      <w:pPr>
        <w:spacing w:after="100"/>
      </w:pPr>
      <w:sdt>
        <w:sdtPr>
          <w14:checkbox>
            <w14:checked w14:val="0"/>
            <w14:checkedState w14:val="2612" w14:font="MS Gothic"/>
            <w14:uncheckedState w14:val="2610" w14:font="MS Gothic"/>
          </w14:checkbox>
        </w:sdtPr>
        <w:sdtContent>
          <w:r>
            <w:t>☐</w:t>
          </w:r>
        </w:sdtContent>
      </w:sdt>
      <w:r>
        <w:t xml:space="preserve"> Regular ongoing volunteering     </w:t>
      </w:r>
      <w:sdt>
        <w:sdtPr>
          <w14:checkbox>
            <w14:checked w14:val="0"/>
            <w14:checkedState w14:val="2612" w14:font="MS Gothic"/>
            <w14:uncheckedState w14:val="2610" w14:font="MS Gothic"/>
          </w14:checkbox>
        </w:sdtPr>
        <w:sdtContent>
          <w:r>
            <w:t>☐</w:t>
          </w:r>
        </w:sdtContent>
      </w:sdt>
      <w:r>
        <w:t xml:space="preserve"> Occasional projects or events     </w:t>
      </w:r>
    </w:p>
    <w:p>
      <w:r>
        <w:t>Days and times available, and approximate hours per month</w:t>
      </w:r>
    </w:p>
    <w:p>
      <w:pPr>
        <w:spacing w:after="180"/>
      </w:pPr>
      <w:sdt>
        <w:sdtPr>
          <w:alias w:val="Days and times available, and approximate hours per month"/>
          <w:text w:multiLine="0"/>
        </w:sdtPr>
        <w:sdtContent>
          <w:r>
            <w:t>Click or tap here to enter text.</w:t>
          </w:r>
        </w:sdtContent>
      </w:sdt>
    </w:p>
    <w:p>
      <w:r>
        <w:t>Preferred start date</w:t>
      </w:r>
    </w:p>
    <w:p>
      <w:pPr>
        <w:spacing w:after="180"/>
      </w:pPr>
      <w:sdt>
        <w:sdtPr>
          <w:alias w:val="Preferred start date"/>
          <w:text w:multiLine="0"/>
        </w:sdtPr>
        <w:sdtContent>
          <w:r>
            <w:t>Click or tap here to enter text.</w:t>
          </w:r>
        </w:sdtContent>
      </w:sdt>
    </w:p>
    <w:p>
      <w:r>
        <w:t>Optional: What support or accommodations would help you volunteer?</w:t>
      </w:r>
    </w:p>
    <w:p>
      <w:pPr>
        <w:spacing w:after="400"/>
      </w:pPr>
      <w:sdt>
        <w:sdtPr>
          <w:alias w:val="Optional: What support or accommodations would help you volunteer?"/>
          <w:text w:multiLine="1"/>
        </w:sdtPr>
        <w:sdtContent>
          <w:r>
            <w:t>Click or tap here to enter text.</w:t>
          </w:r>
        </w:sdtContent>
      </w:sdt>
    </w:p>
    <w:p>
      <w:r>
        <w:br w:type="page"/>
      </w:r>
    </w:p>
    <w:p>
      <w:pPr>
        <w:pStyle w:val="Heading1"/>
      </w:pPr>
      <w:r>
        <w:t>Volunteer Acknowledgment</w:t>
      </w:r>
    </w:p>
    <w:p>
      <w:r>
        <w:t>I understand that volunteer placement depends on available roles, training, and any screening required for the assigned role. This application does not guarantee placement.</w:t>
      </w:r>
    </w:p>
    <w:p>
      <w:r>
        <w:t>If accepted, I agree to follow Fostering Wishes Foundation policies and instructions, treat youth and families with respect, protect confidential information, and obtain authorization before sharing photos or stories involving the organization or the people it serves.</w:t>
      </w:r>
    </w:p>
    <w:p>
      <w:r>
        <w:t>I will communicate changes in my availability and ask for guidance when a task is outside my training or assigned responsibilities. I confirm that the information I have provided is accurate to the best of my knowledge.</w:t>
      </w:r>
    </w:p>
    <w:p>
      <w:pPr>
        <w:spacing w:after="100"/>
      </w:pPr>
      <w:sdt>
        <w:sdtPr>
          <w14:checkbox>
            <w14:checked w14:val="0"/>
            <w14:checkedState w14:val="2612" w14:font="MS Gothic"/>
            <w14:uncheckedState w14:val="2610" w14:font="MS Gothic"/>
          </w14:checkbox>
        </w:sdtPr>
        <w:sdtContent>
          <w:r>
            <w:t>☐</w:t>
          </w:r>
        </w:sdtContent>
      </w:sdt>
      <w:r>
        <w:t xml:space="preserve"> I agree to the statements above     </w:t>
      </w:r>
      <w:sdt>
        <w:sdtPr>
          <w14:checkbox>
            <w14:checked w14:val="0"/>
            <w14:checkedState w14:val="2612" w14:font="MS Gothic"/>
            <w14:uncheckedState w14:val="2610" w14:font="MS Gothic"/>
          </w14:checkbox>
        </w:sdtPr>
        <w:sdtContent>
          <w:r>
            <w:t>☐</w:t>
          </w:r>
        </w:sdtContent>
      </w:sdt>
      <w:r>
        <w:t xml:space="preserve"> I would like to discuss them     </w:t>
      </w:r>
    </w:p>
    <w:p>
      <w:r>
        <w:t>Applicant signature or typed name</w:t>
      </w:r>
    </w:p>
    <w:p>
      <w:pPr>
        <w:spacing w:after="180"/>
      </w:pPr>
      <w:sdt>
        <w:sdtPr>
          <w:alias w:val="Applicant signature or typed name"/>
          <w:text w:multiLine="0"/>
        </w:sdtPr>
        <w:sdtContent>
          <w:r>
            <w:t>Click or tap here to enter text.</w:t>
          </w:r>
        </w:sdtContent>
      </w:sdt>
    </w:p>
    <w:p>
      <w:r>
        <w:t>Date</w:t>
      </w:r>
    </w:p>
    <w:p>
      <w:pPr>
        <w:spacing w:after="180"/>
      </w:pPr>
      <w:sdt>
        <w:sdtPr>
          <w:alias w:val="Date"/>
          <w:text w:multiLine="0"/>
        </w:sdtPr>
        <w:sdtContent>
          <w:r>
            <w:t>Click or tap here to enter text.</w:t>
          </w:r>
        </w:sdtContent>
      </w:sdt>
    </w:p>
    <w:p>
      <w:pPr>
        <w:pStyle w:val="Heading1"/>
      </w:pPr>
      <w:r>
        <w:t>Parent or Guardian Consent</w:t>
      </w:r>
    </w:p>
    <w:p>
      <w:r>
        <w:t>Complete this section only if the applicant is under 18. I give permission for the applicant to be considered for volunteer opportunities. I understand that Fostering Wishes Foundation will discuss age-appropriate roles, supervision, and any additional consent requirements before participation.</w:t>
      </w:r>
    </w:p>
    <w:p>
      <w:r>
        <w:t>Parent or guardian name and relationship</w:t>
      </w:r>
    </w:p>
    <w:p>
      <w:pPr>
        <w:spacing w:after="180"/>
      </w:pPr>
      <w:sdt>
        <w:sdtPr>
          <w:alias w:val="Parent or guardian name and relationship"/>
          <w:text w:multiLine="0"/>
        </w:sdtPr>
        <w:sdtContent>
          <w:r>
            <w:t>Click or tap here to enter text.</w:t>
          </w:r>
        </w:sdtContent>
      </w:sdt>
    </w:p>
    <w:p>
      <w:r>
        <w:t>Parent or guardian email and phone number</w:t>
      </w:r>
    </w:p>
    <w:p>
      <w:pPr>
        <w:spacing w:after="180"/>
      </w:pPr>
      <w:sdt>
        <w:sdtPr>
          <w:alias w:val="Parent or guardian email and phone number"/>
          <w:text w:multiLine="0"/>
        </w:sdtPr>
        <w:sdtContent>
          <w:r>
            <w:t>Click or tap here to enter text.</w:t>
          </w:r>
        </w:sdtContent>
      </w:sdt>
    </w:p>
    <w:p>
      <w:r>
        <w:t>Parent or guardian signature or typed name</w:t>
      </w:r>
    </w:p>
    <w:p>
      <w:pPr>
        <w:spacing w:after="180"/>
      </w:pPr>
      <w:sdt>
        <w:sdtPr>
          <w:alias w:val="Parent or guardian signature or typed name"/>
          <w:text w:multiLine="0"/>
        </w:sdtPr>
        <w:sdtContent>
          <w:r>
            <w:t>Click or tap here to enter text.</w:t>
          </w:r>
        </w:sdtContent>
      </w:sdt>
    </w:p>
    <w:p>
      <w:r>
        <w:t>Date</w:t>
      </w:r>
    </w:p>
    <w:p>
      <w:pPr>
        <w:spacing w:after="180"/>
      </w:pPr>
      <w:sdt>
        <w:sdtPr>
          <w:alias w:val="Date"/>
          <w:text w:multiLine="0"/>
        </w:sdtPr>
        <w:sdtContent>
          <w:r>
            <w:t>Click or tap here to enter text.</w:t>
          </w:r>
        </w:sdtContent>
      </w:sdt>
    </w:p>
    <w:p>
      <w:pPr>
        <w:pStyle w:val="Heading1"/>
      </w:pPr>
      <w:r>
        <w:t>Additional Information</w:t>
      </w:r>
    </w:p>
    <w:p>
      <w:r>
        <w:t>Questions or anything else you would like us to know</w:t>
      </w:r>
    </w:p>
    <w:p>
      <w:pPr>
        <w:spacing w:after="400"/>
      </w:pPr>
      <w:sdt>
        <w:sdtPr>
          <w:alias w:val="Questions or anything else you would like us to know"/>
          <w:text w:multiLine="1"/>
        </w:sdtPr>
        <w:sdtContent>
          <w:r>
            <w:t>Click or tap here to enter text.</w:t>
          </w:r>
        </w:sdtContent>
      </w:sdt>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Fostering Wishes Foundation | Volunteer Application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