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181" cy="822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181" cy="822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Board Member Application</w:t>
      </w:r>
    </w:p>
    <w:p>
      <w:r>
        <w:t>Fostering Wishes Foundation welcomes applicants who want to help Delaware foster youth access everyday necessities, special occasion Wishes, and opportunities to prepare for school and work.</w:t>
      </w:r>
    </w:p>
    <w:p>
      <w:r>
        <w:t>Complete the fields electronically in Word or print and write your responses. Attach a résumé or brief biography if available. Please do not include names or identifying details of foster youth. Return the completed application to donna@fosteringwishesfoundation.org.</w:t>
      </w:r>
    </w:p>
    <w:p>
      <w:pPr>
        <w:pStyle w:val="Heading1"/>
      </w:pPr>
      <w:r>
        <w:t>Applicant Information</w:t>
      </w:r>
    </w:p>
    <w:p>
      <w:r>
        <w:t>Full name and preferred name</w:t>
      </w:r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r>
        <w:t>Email address and phone number</w:t>
      </w:r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r>
        <w:t>City, state, and county</w:t>
      </w:r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r>
        <w:t>Current employer or organization and position</w:t>
      </w:r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r>
        <w:t>How did you learn about Fostering Wishes Foundation?</w:t>
      </w:r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pPr>
        <w:pStyle w:val="Heading1"/>
      </w:pPr>
      <w:r>
        <w:t>Interest in Our Mission</w:t>
      </w:r>
    </w:p>
    <w:p>
      <w:r>
        <w:t>Why would you like to serve on the Fostering Wishes Foundation board?</w:t>
      </w:r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r>
        <w:t>What perspective or experience would you bring to supporting foster youth? Personal experience is optional to share.</w:t>
      </w:r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r>
        <w:br w:type="page"/>
      </w:r>
    </w:p>
    <w:p>
      <w:pPr>
        <w:pStyle w:val="Heading1"/>
      </w:pPr>
      <w:r>
        <w:t>Experience and Contributions</w:t>
      </w:r>
    </w:p>
    <w:p>
      <w:r>
        <w:t>Select the areas in which you have experience or would like to contribute.</w:t>
      </w:r>
    </w:p>
    <w:p>
      <w:r>
        <w:t>☐ Fundraising and donor relationships     ☐ Grant writing</w:t>
        <w:br/>
        <w:t>☐ Finance and budgeting     ☐ Nonprofit governance</w:t>
        <w:br/>
        <w:t>☐ Marketing and communications     ☐ Event planning</w:t>
        <w:br/>
        <w:t>☐ Community partnerships     ☐ Volunteer coordination</w:t>
        <w:br/>
        <w:t>☐ Retail, inventory, or logistics     ☐ Technology and data</w:t>
        <w:br/>
        <w:t>☐ Youth development or education     ☐ Strategic planning</w:t>
        <w:br/>
        <w:t>☐ Human resources     ☐ Legal or compliance</w:t>
        <w:br/>
        <w:t>☐ Additional skills: __________________________________________</w:t>
      </w:r>
    </w:p>
    <w:p>
      <w:r>
        <w:t>Describe relevant professional, volunteer, or previous board experience.</w:t>
      </w:r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r>
        <w:t>How could you help expand donor support, partnerships, or community awareness?</w:t>
      </w:r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pPr>
        <w:pStyle w:val="Heading1"/>
      </w:pPr>
      <w:r>
        <w:t>Availability and Participation</w:t>
      </w:r>
    </w:p>
    <w:p>
      <w:r>
        <w:t>How many hours per month could you generally devote to board service?</w:t>
      </w:r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r>
        <w:t>What days or times work best for meetings? Can you attend in person, virtually, or both?</w:t>
      </w:r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r>
        <w:t>Are there commitments that could affect your participation?</w:t>
      </w:r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r>
        <w:t>Would you be comfortable participating in fundraising through introductions, outreach, events, or donor stewardship?</w:t>
      </w:r>
    </w:p>
    <w:p>
      <w:r>
        <w:t>☐ Yes     ☐ Would like to discuss     ☐ No</w:t>
      </w:r>
    </w:p>
    <w:p>
      <w:r>
        <w:t>Would you be willing to serve on a committee or assist with projects?</w:t>
      </w:r>
    </w:p>
    <w:p>
      <w:r>
        <w:t>☐ Yes     ☐ Would like to discuss     ☐ No</w:t>
      </w:r>
    </w:p>
    <w:p>
      <w:r>
        <w:br w:type="page"/>
      </w:r>
    </w:p>
    <w:p>
      <w:pPr>
        <w:pStyle w:val="Heading1"/>
      </w:pPr>
      <w:r>
        <w:t>Board Service and Disclosure</w:t>
      </w:r>
    </w:p>
    <w:p>
      <w:r>
        <w:t>Board service involves preparing for and participating in meetings, supporting the mission, reviewing finances and strategy, maintaining confidentiality, and disclosing potential conflicts of interest. Board members have a three-year term limit. Executive positions have a one-year term. The board will discuss its current bylaws, meeting schedule, and participation expectations with applicants before appointment.</w:t>
      </w:r>
    </w:p>
    <w:p>
      <w:r>
        <w:t>Describe any employment, business, financial, or family relationship that could create a potential conflict of interest. Write “None” if none are known.</w:t>
      </w:r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r>
        <w:t>Are you willing to follow the organization’s confidentiality and conflict of interest policies?</w:t>
      </w:r>
    </w:p>
    <w:p>
      <w:r>
        <w:t>☐ Yes     ☐ Would like to discuss     ☐ No</w:t>
      </w:r>
    </w:p>
    <w:p>
      <w:pPr>
        <w:pStyle w:val="Heading1"/>
      </w:pPr>
      <w:r>
        <w:t>References</w:t>
      </w:r>
    </w:p>
    <w:p>
      <w:r>
        <w:t>Provide two professional or community references who can speak to your experience and reliability. Please obtain their permission before listing them.</w:t>
      </w:r>
    </w:p>
    <w:p>
      <w:r>
        <w:t>Reference 1 — Name, relationship, and email or phone</w:t>
      </w:r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r>
        <w:t>Reference 2 — Name, relationship, and email or phone</w:t>
      </w:r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r>
        <w:t>May Fostering Wishes Foundation contact these references?</w:t>
      </w:r>
    </w:p>
    <w:p>
      <w:r>
        <w:t>☐ Yes     ☐ Please contact me first</w:t>
      </w:r>
    </w:p>
    <w:p>
      <w:pPr>
        <w:pStyle w:val="Heading1"/>
      </w:pPr>
      <w:r>
        <w:t>Applicant Acknowledgment</w:t>
      </w:r>
    </w:p>
    <w:p>
      <w:r>
        <w:t>I confirm that the information in this application is accurate to the best of my knowledge. I understand that submitting an application does not guarantee appointment to the board. I understand that board members have a three-year term limit and executive positions have a one-year term. I am interested in discussing the responsibilities and expectations of board service with Fostering Wishes Foundation.</w:t>
      </w:r>
    </w:p>
    <w:p>
      <w:r>
        <w:t>Signature or typed name</w:t>
      </w:r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r>
        <w:t>Date</w:t>
      </w:r>
    </w:p>
    <w:p>
      <w:pPr>
        <w:spacing w:after="160"/>
      </w:pPr>
      <w:sdt>
        <w:sdtPr>
          <w:text/>
        </w:sdtPr>
        <w:sdtContent>
          <w:r>
            <w:t>Click or tap here to enter text. __________________________________</w:t>
          </w:r>
        </w:sdtContent>
      </w:sdt>
    </w:p>
    <w:p>
      <w:r>
        <w:t>Optional attachments: Résumé, brief biography, or additional responses.</w:t>
      </w:r>
    </w:p>
    <w:sectPr w:rsidR="00FC693F" w:rsidRPr="0006063C" w:rsidSect="00034616">
      <w:footerReference w:type="default" r:id="rId9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Fostering Wishes Foundation  •  Board Member Application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